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ציונות והרצל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מרכזיות הקשורות לרעיון הציוני ולסיפור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וחיבור בין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תנועה שמטרתה להקים בית לאומי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כינוס גדול של נציגים לדיון והחלטה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שנאה ליהודים רק בגלל שהם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מקלט הוא מקום בטוח לברוח אליו בשעת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חברה מושלמת שאינה קיימת)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(שטח אדמה מוגדר)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שדור משאיר לדורות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(עיתונאי שמדווח על אירועים)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הגיוני שמשתמש נכון במילה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שמראה הבנה נכונה של הקשר בין המילים לרעיון הציוני ולהרצל, למשל קונגרס - הרצל ארגן את הקונגרס הציוני הראשון; חזון - הרצל כתב על חזונו למדינה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אנטישמיות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כינוס גדול של נציגים לדיון והחלטה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חזון או אוטופיה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הגיית המילים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מילה לדוגמה מהסיפור של הרצל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ולדון בתשובות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ציונות והרצל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מילים חשובות שקשורות לרעיון הציוני ולסיפורו של בנימין זאב הרצל. המילים יעזרו לכם להבין טוב יותר את הסיפור ההיסטורי.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מקלט  ·  חזון  ·  קונגרס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מילים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'ציונות'?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ילדים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תנועה שמטרתה להקים בית לאומי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'קונגרס'?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כינוס גדול של נציגים לדיון והחלטה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'אנטישמיות'?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אהבה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שנאה ליהודים רק בגלל שהם 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יהודי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'מקלט' הוא מקום מסוכן שצריך להימנע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'פרעות' הן התקפות אלימות של המון על קבוצת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'טריטוריה' פירושה שטח אדמה מוגדר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ההרצל כתב ספר שתיאר __________ של מדינה יהודית בעתיד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בזמן סכנה אנשים חיפשו __________ בטוח להימלט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הראשון התכנס בבאזל בשנת 1897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עיתונאי שמדווח על 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טריטוריה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שדור משאיר לדורות הבאים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תיאור חברה מושלמת שאינה קיימת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שטח אדמה מוגדר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תשתמשו במילה 'מורשת'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שתיים מהמילים שלמדתם וכתבו כיצד הן קשורות לסיפור של הרצל ולרעיון הציוני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שמתארת שנאה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קונגרס?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ציונות והרצל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