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חשובות - ציונות והרצל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מרכזיות הקשורות לרעיון הציוני ולסיפור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המילים ולהשתמש בהן נכון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וחיבור בין מילה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מילים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תנועה שמטרתה להקים בית לאומי ליהודים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כינוס גדול של נציגים לדיון והחלטה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נציג שנשלח לייצג קהילה בכינוס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שנאה ליהודים רק בגלל שהם 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תמונה ברורה של עתיד טוב שרוצים להגשים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תיאור חברה מושלמת שאינה קיימת עדיין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מקלט הוא מקום בטוח לברוח אליו בשעת סכנה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המדויקת של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משמעות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כתב או כתבת הם עיתונאים שמדווחים על 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ההגדרה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קונגרס הוא כינוס גדול של נציגים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קונגרס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אנטישמיות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פרעות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(תיאור חברה מושלמת שאינה קיימת)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(שטח אדמה מוגדר)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(מה שדור משאיר לדורות הבאים)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(עיתונאי שמדווח על אירועים)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(נציג שמייצג קהילה בכינוס)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חזון הוא תמונה ברורה של עתיד שרוצים ואפשר להגשים, אוטופיה היא תיאור של חברה מושלמת שלא בהכרח אפשר להגשים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משפט הגיוני שמשתמש נכון במילה מורשת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שמראה הבנה נכונה של הקשר בין המילים לרעיון הציוני ולהרצל, למשל קונגרס - הרצל ארגן את הקונגרס הציוני הראשון; חזון - הרצל כתב על חזונו למדינה יהודית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אנטישמיות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כינוס גדול של נציגים לדיון והחלטה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חזון או אוטופיה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הגיית המילים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מילה לדוגמה מהסיפור של הרצל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ולדון בתשובות במליאה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חשובות - ציונות והרצל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מילים חשובות על הרעיון של מדינת ישראל ועל הרצל. המילים יעזרו להבין את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להקים בית לאומי ליהודים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קונגרס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כינוס גדול של נציגים שדנים ומחליטים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 / צירה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נציג שנשלח לייצג קהילה בכינוס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אנטישמיות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שנאה ליהודים בגלל שהם יהודים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ברורה של עתיד טוב שרוצים להגשים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מקלט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בטוח לברוח אליו בסכנה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התקפות אלימות על קבוצת אנשים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טריטוריה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אדמה מוגדר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מילים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'ציונות'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 ילדים עתיק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תנועה שמטרתה להקים בית לאומי ליהודים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עיר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'קונגרס'?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כינוס גדול של נציגים לדיון והחלטה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עיתון יומי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מקום מגורים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זה 'ציר'?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אדם שכותב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נציג שנשלח לייצג קהילה בכינוס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רופא במרפאה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חייל בצבא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'אנטישמיות'?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אהבה בין 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שנאה ליהודים רק בגלל שהם 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יהודי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שפה עתיקה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'חזון'?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סוג של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תמונה ברורה של עתיד טוב שרוצים להגשים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 נגינה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'אוטופיה'?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עיר אמיתית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חברה מושלמת שאינה קיימת עדיין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לכסף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'מקלט' הוא מקום מסוכן שצריך להימנע ממנו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'פרעות' הן התקפות אלימות של המון על קבוצת 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'טריטוריה' פירושה שטח אדמה מוגדר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'כתב' או 'כתבת' הם אנשים שמטפלים בחולים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'מורשת' היא מה שדור משאיר אחריו לדורות הבאים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קונגרס הוא כינוס קטן של שני אנשים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ההרצל כתב ספר שתיאר __________ של מדינה יהודית בעתיד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בזמן סכנה אנשים חיפשו __________ בטוח להימלט אליו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הראשון התכנס בבאזל בשנת 1897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בגלל ה__________ רבים יהודים חשו צורך במדינה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נציג שנשלח לייצג את קהילתו בכינוס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התקפות אלימות על יהודים באותה תקופה נקראו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אוטופיה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נציג שמייצג קהילה בכינוס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טריטוריה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שדור משאיר לדורות הבאים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תיאור חברה מושלמת שאינה קיימת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שטח אדמה מוגדר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עיתונאי שמדווח על אירועים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'חזון' ל'אוטופיה'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שבו תשתמשו במילה 'מורשת'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שתיים מהמילים שלמדתם וכתבו כיצד הן קשורות לסיפור של הרצל ולרעיון הציוני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שמתארת שנאה ליהודים?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קונגרס?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שקשורה לרעיון של עתיד טוב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חשובות - ציונות והרצל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