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מרכזיות הקשורות לרעיון הציוני ולסיפור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בין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תנועה שמטרתה להקים בית לאומי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כינוס גדול של נציגים לדיון והחלטה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נציג שנשלח לייצג קהילה בכינוס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שנאה ליהודים רק בגלל שהם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תמונה ברורה של עתיד טוב שרוצים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תיאור חברה מושלמת שאינה קיימת עדיין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מקלט הוא מקום בטוח לברוח אליו בשעת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כתב או כתבת הם עיתונאים שמדווחים על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קונגרס הוא כינוס גדול של נציגים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אנטישמיות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(שטח אדמה מוגדר)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שדור משאיר לדורות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(עיתונאי שמדווח על 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(נציג שמייצג קהילה בכינוס)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חזון הוא תמונה ברורה של עתיד שרוצים ואפשר להגשים, אוטופיה היא תיאור של חברה מושלמת שלא בהכרח אפשר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משפט הגיוני שמשתמש נכון במילה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שמראה הבנה נכונה של הקשר בין המילים לרעיון הציוני ולהרצל, למשל קונגרס - הרצל ארגן את הקונגרס הציוני הראשון; חזון - הרצל כתב על חזונו למדינה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כינוס גדול של נציגים לדיון והחלטה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חזון או אוטופיה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הגיית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מהסיפור של הרצל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ולדון בתשובות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מילים חשובות שקשורות לרעיון הציוני ולסיפורו של בנימין זאב הרצל. המילים יעזרו לכם להבין טוב יותר את הסיפור ההיסטורי.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'ציונות'?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ילדים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תנועה שמטרתה להקים בית לאומי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'קונגרס'?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כינוס גדול של נציגים לדיון והחלטה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'ציר' או 'צירה'?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שכותב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נציג שנשלח לייצג קהילה בכינוס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 במרפאה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 בצבא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'אנטישמיות'?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שנאה ליהודים רק בגלל שהם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'חזון'?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ברורה של עתיד טוב שרוצים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'אוטופיה'?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אמיתית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מושלמת שאינה קיימת עדיין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לכסף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'מקלט' הוא מקום מסוכן שצריך להימנע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'פרעות' הן התקפות אלימות של המון על קבוצת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'טריטוריה' פירושה שטח אדמה מוגדר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'כתב' או 'כתבת' הם אנשים שמטפלים בחולים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'מורשת' היא מה שדור משאיר אחריו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קונגרס הוא כינוס קטן של שני אנשים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ההרצל כתב ספר שתיאר __________ של מדינה יהודית בעתיד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סכנה אנשים חיפשו __________ בטוח להימלט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הראשון התכנס בבאזל בשנת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בגלל ה__________ רבים יהודים חשו צורך במדינה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נציג שנשלח לייצג את קהילתו בכינוס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התקפות אלימות על יהודים באותה תקופה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שטח אדמה מוגדר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טריטוריה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עיתונאי שמדווח על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נציג שמייצג קהילה בכינוס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חברה מושלמת שאינה קיימת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שדור משאיר לדורות הבאים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'חזון' ל'אוטופיה'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'מורשת'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שלמדתם וכתבו כיצד הן קשורות לסיפור של הרצל ולרעיון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שנאה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קונגרס?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שקשורה לרעיון של עתיד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ציונות והרצל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